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640"/>
      </w:tblGrid>
      <w:tr w:rsidR="007E7A6B" w:rsidRPr="008908FA" w14:paraId="1BC8ED5F" w14:textId="77777777" w:rsidTr="0031174A">
        <w:trPr>
          <w:jc w:val="center"/>
        </w:trPr>
        <w:tc>
          <w:tcPr>
            <w:tcW w:w="8902" w:type="dxa"/>
            <w:shd w:val="clear" w:color="auto" w:fill="0B2F6B"/>
          </w:tcPr>
          <w:p w14:paraId="6C93486E" w14:textId="0CBEA311" w:rsidR="007E7A6B" w:rsidRDefault="00DD114D">
            <w:pPr>
              <w:jc w:val="center"/>
              <w:rPr>
                <w:b/>
                <w:color w:val="FFFFFF"/>
                <w:sz w:val="28"/>
              </w:rPr>
            </w:pPr>
            <w:r w:rsidRPr="008908FA">
              <w:rPr>
                <w:b/>
                <w:color w:val="FFFFFF"/>
                <w:sz w:val="28"/>
              </w:rPr>
              <w:t>REPORTE DE OPERACIÓN SOSPECHOSA (ROS)</w:t>
            </w:r>
          </w:p>
          <w:p w14:paraId="49FD76F2" w14:textId="026E86D2" w:rsidR="00D02374" w:rsidRPr="00D02374" w:rsidRDefault="00D02374">
            <w:pPr>
              <w:jc w:val="center"/>
              <w:rPr>
                <w:sz w:val="22"/>
              </w:rPr>
            </w:pPr>
            <w:r w:rsidRPr="00D02374">
              <w:rPr>
                <w:b/>
                <w:color w:val="FFFFFF"/>
                <w:sz w:val="22"/>
              </w:rPr>
              <w:t xml:space="preserve">CONFIDENCIAL </w:t>
            </w:r>
          </w:p>
        </w:tc>
      </w:tr>
      <w:tr w:rsidR="007E7A6B" w:rsidRPr="008908FA" w14:paraId="6DAF4966" w14:textId="77777777" w:rsidTr="0031174A">
        <w:trPr>
          <w:jc w:val="center"/>
        </w:trPr>
        <w:tc>
          <w:tcPr>
            <w:tcW w:w="8902" w:type="dxa"/>
            <w:shd w:val="clear" w:color="auto" w:fill="C9A227"/>
          </w:tcPr>
          <w:p w14:paraId="0647059F" w14:textId="32EC0B6A" w:rsidR="007E7A6B" w:rsidRPr="004742D1" w:rsidRDefault="00654133" w:rsidP="004742D1">
            <w:pPr>
              <w:spacing w:line="240" w:lineRule="auto"/>
              <w:rPr>
                <w:b/>
                <w:bCs/>
                <w:sz w:val="28"/>
                <w:szCs w:val="28"/>
              </w:rPr>
            </w:pPr>
            <w:r w:rsidRPr="004742D1">
              <w:rPr>
                <w:b/>
                <w:bCs/>
                <w:sz w:val="28"/>
                <w:szCs w:val="28"/>
                <w:lang w:val="es-ES"/>
              </w:rPr>
              <w:t xml:space="preserve">Formulario de </w:t>
            </w:r>
            <w:r w:rsidRPr="004742D1">
              <w:rPr>
                <w:b/>
                <w:bCs/>
                <w:sz w:val="28"/>
                <w:szCs w:val="28"/>
                <w:u w:val="single"/>
                <w:lang w:val="es-ES"/>
              </w:rPr>
              <w:t>uso</w:t>
            </w:r>
            <w:r w:rsidRPr="004742D1">
              <w:rPr>
                <w:b/>
                <w:bCs/>
                <w:sz w:val="28"/>
                <w:szCs w:val="28"/>
                <w:u w:val="single"/>
              </w:rPr>
              <w:t xml:space="preserve"> exclusivo</w:t>
            </w:r>
            <w:r w:rsidRPr="004742D1">
              <w:rPr>
                <w:b/>
                <w:bCs/>
                <w:sz w:val="28"/>
                <w:szCs w:val="28"/>
              </w:rPr>
              <w:t xml:space="preserve"> para notarios del Estado, cónsules y notarios que formalicen operaciones de instituciones supervisadas según el artículo 14 de la Ley </w:t>
            </w:r>
            <w:proofErr w:type="spellStart"/>
            <w:r w:rsidRPr="004742D1">
              <w:rPr>
                <w:b/>
                <w:bCs/>
                <w:sz w:val="28"/>
                <w:szCs w:val="28"/>
              </w:rPr>
              <w:t>N.°</w:t>
            </w:r>
            <w:proofErr w:type="spellEnd"/>
            <w:r w:rsidRPr="004742D1">
              <w:rPr>
                <w:b/>
                <w:bCs/>
                <w:sz w:val="28"/>
                <w:szCs w:val="28"/>
              </w:rPr>
              <w:t xml:space="preserve"> 7786.</w:t>
            </w:r>
          </w:p>
        </w:tc>
      </w:tr>
    </w:tbl>
    <w:p w14:paraId="06DB9FCC" w14:textId="77777777" w:rsidR="004742D1" w:rsidRPr="008908FA" w:rsidRDefault="004742D1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9"/>
        <w:gridCol w:w="4631"/>
      </w:tblGrid>
      <w:tr w:rsidR="007E7A6B" w:rsidRPr="008908FA" w14:paraId="00CA94B9" w14:textId="77777777" w:rsidTr="008E1184">
        <w:trPr>
          <w:jc w:val="center"/>
        </w:trPr>
        <w:tc>
          <w:tcPr>
            <w:tcW w:w="8630" w:type="dxa"/>
            <w:gridSpan w:val="2"/>
            <w:shd w:val="clear" w:color="auto" w:fill="D9E2F3"/>
          </w:tcPr>
          <w:p w14:paraId="24B2F76B" w14:textId="77777777" w:rsidR="007E7A6B" w:rsidRPr="008908FA" w:rsidRDefault="00DD114D">
            <w:pPr>
              <w:jc w:val="left"/>
            </w:pPr>
            <w:r w:rsidRPr="008908FA">
              <w:rPr>
                <w:b/>
              </w:rPr>
              <w:t>1. Información sobre la persona física o jurídica reportada</w:t>
            </w:r>
          </w:p>
        </w:tc>
      </w:tr>
      <w:tr w:rsidR="007E7A6B" w:rsidRPr="008908FA" w14:paraId="534BE1F5" w14:textId="77777777" w:rsidTr="008E1184">
        <w:trPr>
          <w:jc w:val="center"/>
        </w:trPr>
        <w:tc>
          <w:tcPr>
            <w:tcW w:w="3999" w:type="dxa"/>
            <w:vAlign w:val="center"/>
          </w:tcPr>
          <w:p w14:paraId="76B8304E" w14:textId="77777777" w:rsidR="007E7A6B" w:rsidRPr="008908FA" w:rsidRDefault="00DD114D" w:rsidP="008908FA">
            <w:pPr>
              <w:jc w:val="center"/>
            </w:pPr>
            <w:r w:rsidRPr="008908FA">
              <w:t>Tipo de identificación:</w:t>
            </w:r>
          </w:p>
        </w:tc>
        <w:tc>
          <w:tcPr>
            <w:tcW w:w="4631" w:type="dxa"/>
            <w:vAlign w:val="center"/>
          </w:tcPr>
          <w:p w14:paraId="1E94F370" w14:textId="77777777" w:rsidR="007E7A6B" w:rsidRPr="008908FA" w:rsidRDefault="007E7A6B" w:rsidP="008908FA">
            <w:pPr>
              <w:jc w:val="center"/>
            </w:pPr>
          </w:p>
        </w:tc>
      </w:tr>
      <w:tr w:rsidR="007E7A6B" w:rsidRPr="008908FA" w14:paraId="2B2E4EA5" w14:textId="77777777" w:rsidTr="008E1184">
        <w:trPr>
          <w:jc w:val="center"/>
        </w:trPr>
        <w:tc>
          <w:tcPr>
            <w:tcW w:w="3999" w:type="dxa"/>
            <w:vAlign w:val="center"/>
          </w:tcPr>
          <w:p w14:paraId="21285EC7" w14:textId="77777777" w:rsidR="007E7A6B" w:rsidRPr="008908FA" w:rsidRDefault="00DD114D" w:rsidP="008908FA">
            <w:pPr>
              <w:jc w:val="center"/>
            </w:pPr>
            <w:r w:rsidRPr="008908FA">
              <w:t>País de nacimiento:</w:t>
            </w:r>
          </w:p>
        </w:tc>
        <w:tc>
          <w:tcPr>
            <w:tcW w:w="4631" w:type="dxa"/>
            <w:vAlign w:val="center"/>
          </w:tcPr>
          <w:p w14:paraId="46439EC2" w14:textId="77777777" w:rsidR="007E7A6B" w:rsidRPr="008908FA" w:rsidRDefault="007E7A6B" w:rsidP="008908FA">
            <w:pPr>
              <w:jc w:val="center"/>
            </w:pPr>
          </w:p>
        </w:tc>
      </w:tr>
      <w:tr w:rsidR="007E7A6B" w:rsidRPr="008908FA" w14:paraId="4A1AE0BF" w14:textId="77777777" w:rsidTr="008E1184">
        <w:trPr>
          <w:jc w:val="center"/>
        </w:trPr>
        <w:tc>
          <w:tcPr>
            <w:tcW w:w="3999" w:type="dxa"/>
            <w:vAlign w:val="center"/>
          </w:tcPr>
          <w:p w14:paraId="2A8BE570" w14:textId="7893EE84" w:rsidR="007E7A6B" w:rsidRPr="008908FA" w:rsidRDefault="00DD114D" w:rsidP="008908FA">
            <w:pPr>
              <w:jc w:val="center"/>
            </w:pPr>
            <w:r w:rsidRPr="008908FA">
              <w:t>Número de identificación:</w:t>
            </w:r>
          </w:p>
        </w:tc>
        <w:tc>
          <w:tcPr>
            <w:tcW w:w="4631" w:type="dxa"/>
            <w:vAlign w:val="center"/>
          </w:tcPr>
          <w:p w14:paraId="618BC53F" w14:textId="77777777" w:rsidR="007E7A6B" w:rsidRPr="008908FA" w:rsidRDefault="007E7A6B" w:rsidP="008908FA"/>
        </w:tc>
      </w:tr>
      <w:tr w:rsidR="007E7A6B" w:rsidRPr="008908FA" w14:paraId="6F01E545" w14:textId="77777777" w:rsidTr="008E1184">
        <w:trPr>
          <w:jc w:val="center"/>
        </w:trPr>
        <w:tc>
          <w:tcPr>
            <w:tcW w:w="3999" w:type="dxa"/>
            <w:vAlign w:val="center"/>
          </w:tcPr>
          <w:p w14:paraId="042CD795" w14:textId="77777777" w:rsidR="007E7A6B" w:rsidRPr="008908FA" w:rsidRDefault="00DD114D" w:rsidP="008908FA">
            <w:pPr>
              <w:jc w:val="center"/>
            </w:pPr>
            <w:r w:rsidRPr="008908FA">
              <w:t>Número de pasaporte:</w:t>
            </w:r>
          </w:p>
        </w:tc>
        <w:tc>
          <w:tcPr>
            <w:tcW w:w="4631" w:type="dxa"/>
            <w:vAlign w:val="center"/>
          </w:tcPr>
          <w:p w14:paraId="73A3D3D1" w14:textId="77777777" w:rsidR="007E7A6B" w:rsidRPr="008908FA" w:rsidRDefault="007E7A6B" w:rsidP="008908FA">
            <w:pPr>
              <w:jc w:val="center"/>
            </w:pPr>
          </w:p>
        </w:tc>
      </w:tr>
      <w:tr w:rsidR="007E7A6B" w:rsidRPr="008908FA" w14:paraId="712D1326" w14:textId="77777777" w:rsidTr="008E1184">
        <w:trPr>
          <w:jc w:val="center"/>
        </w:trPr>
        <w:tc>
          <w:tcPr>
            <w:tcW w:w="3999" w:type="dxa"/>
            <w:vAlign w:val="center"/>
          </w:tcPr>
          <w:p w14:paraId="36C57B15" w14:textId="77777777" w:rsidR="007E7A6B" w:rsidRPr="008908FA" w:rsidRDefault="00DD114D" w:rsidP="008908FA">
            <w:pPr>
              <w:jc w:val="center"/>
            </w:pPr>
            <w:r w:rsidRPr="008908FA">
              <w:t>Profesión:</w:t>
            </w:r>
          </w:p>
        </w:tc>
        <w:tc>
          <w:tcPr>
            <w:tcW w:w="4631" w:type="dxa"/>
            <w:vAlign w:val="center"/>
          </w:tcPr>
          <w:p w14:paraId="609C8F29" w14:textId="77777777" w:rsidR="007E7A6B" w:rsidRPr="008908FA" w:rsidRDefault="007E7A6B" w:rsidP="008908FA">
            <w:pPr>
              <w:jc w:val="center"/>
            </w:pPr>
          </w:p>
        </w:tc>
      </w:tr>
      <w:tr w:rsidR="007E7A6B" w:rsidRPr="008908FA" w14:paraId="4AC615B1" w14:textId="77777777" w:rsidTr="008E1184">
        <w:trPr>
          <w:jc w:val="center"/>
        </w:trPr>
        <w:tc>
          <w:tcPr>
            <w:tcW w:w="3999" w:type="dxa"/>
            <w:vAlign w:val="center"/>
          </w:tcPr>
          <w:p w14:paraId="516E6066" w14:textId="77777777" w:rsidR="007E7A6B" w:rsidRPr="008908FA" w:rsidRDefault="00DD114D" w:rsidP="008908FA">
            <w:pPr>
              <w:jc w:val="center"/>
            </w:pPr>
            <w:r w:rsidRPr="008908FA">
              <w:t>Actividad económica:</w:t>
            </w:r>
          </w:p>
        </w:tc>
        <w:tc>
          <w:tcPr>
            <w:tcW w:w="4631" w:type="dxa"/>
            <w:vAlign w:val="center"/>
          </w:tcPr>
          <w:p w14:paraId="2ECEB36D" w14:textId="77777777" w:rsidR="007E7A6B" w:rsidRPr="008908FA" w:rsidRDefault="007E7A6B" w:rsidP="008908FA">
            <w:pPr>
              <w:jc w:val="center"/>
            </w:pPr>
          </w:p>
        </w:tc>
      </w:tr>
      <w:tr w:rsidR="007E7A6B" w:rsidRPr="008908FA" w14:paraId="1F9E20F8" w14:textId="77777777" w:rsidTr="008E1184">
        <w:trPr>
          <w:jc w:val="center"/>
        </w:trPr>
        <w:tc>
          <w:tcPr>
            <w:tcW w:w="3999" w:type="dxa"/>
            <w:vAlign w:val="center"/>
          </w:tcPr>
          <w:p w14:paraId="00694474" w14:textId="77777777" w:rsidR="007E7A6B" w:rsidRPr="008908FA" w:rsidRDefault="00DD114D" w:rsidP="008908FA">
            <w:pPr>
              <w:jc w:val="center"/>
            </w:pPr>
            <w:r w:rsidRPr="008908FA">
              <w:t>Tipo de relación comercial con el cliente (ej. cliente habitual):</w:t>
            </w:r>
          </w:p>
        </w:tc>
        <w:tc>
          <w:tcPr>
            <w:tcW w:w="4631" w:type="dxa"/>
            <w:vAlign w:val="center"/>
          </w:tcPr>
          <w:p w14:paraId="30895567" w14:textId="77777777" w:rsidR="007E7A6B" w:rsidRPr="008908FA" w:rsidRDefault="007E7A6B" w:rsidP="008908FA">
            <w:pPr>
              <w:jc w:val="center"/>
            </w:pPr>
          </w:p>
        </w:tc>
      </w:tr>
      <w:tr w:rsidR="007E7A6B" w:rsidRPr="008908FA" w14:paraId="76CD0AD2" w14:textId="77777777" w:rsidTr="008E1184">
        <w:trPr>
          <w:jc w:val="center"/>
        </w:trPr>
        <w:tc>
          <w:tcPr>
            <w:tcW w:w="3999" w:type="dxa"/>
            <w:vAlign w:val="center"/>
          </w:tcPr>
          <w:p w14:paraId="106387B0" w14:textId="77777777" w:rsidR="007E7A6B" w:rsidRPr="008908FA" w:rsidRDefault="00DD114D" w:rsidP="008908FA">
            <w:pPr>
              <w:jc w:val="center"/>
            </w:pPr>
            <w:r w:rsidRPr="008908FA">
              <w:t>Nombre:</w:t>
            </w:r>
          </w:p>
        </w:tc>
        <w:tc>
          <w:tcPr>
            <w:tcW w:w="4631" w:type="dxa"/>
            <w:vAlign w:val="center"/>
          </w:tcPr>
          <w:p w14:paraId="58B6C5BF" w14:textId="77777777" w:rsidR="007E7A6B" w:rsidRPr="008908FA" w:rsidRDefault="007E7A6B" w:rsidP="008908FA">
            <w:pPr>
              <w:jc w:val="center"/>
            </w:pPr>
          </w:p>
        </w:tc>
      </w:tr>
      <w:tr w:rsidR="007E7A6B" w:rsidRPr="008908FA" w14:paraId="02AA8CC9" w14:textId="77777777" w:rsidTr="008E1184">
        <w:trPr>
          <w:jc w:val="center"/>
        </w:trPr>
        <w:tc>
          <w:tcPr>
            <w:tcW w:w="3999" w:type="dxa"/>
            <w:vAlign w:val="center"/>
          </w:tcPr>
          <w:p w14:paraId="332523B5" w14:textId="77777777" w:rsidR="007E7A6B" w:rsidRPr="008908FA" w:rsidRDefault="00DD114D" w:rsidP="008908FA">
            <w:pPr>
              <w:jc w:val="center"/>
            </w:pPr>
            <w:r w:rsidRPr="008908FA">
              <w:t>Primer apellido:</w:t>
            </w:r>
          </w:p>
        </w:tc>
        <w:tc>
          <w:tcPr>
            <w:tcW w:w="4631" w:type="dxa"/>
            <w:vAlign w:val="center"/>
          </w:tcPr>
          <w:p w14:paraId="18620019" w14:textId="77777777" w:rsidR="007E7A6B" w:rsidRPr="008908FA" w:rsidRDefault="007E7A6B" w:rsidP="008908FA">
            <w:pPr>
              <w:jc w:val="center"/>
            </w:pPr>
          </w:p>
        </w:tc>
      </w:tr>
      <w:tr w:rsidR="007E7A6B" w:rsidRPr="008908FA" w14:paraId="764C49E3" w14:textId="77777777" w:rsidTr="008E1184">
        <w:trPr>
          <w:jc w:val="center"/>
        </w:trPr>
        <w:tc>
          <w:tcPr>
            <w:tcW w:w="3999" w:type="dxa"/>
            <w:vAlign w:val="center"/>
          </w:tcPr>
          <w:p w14:paraId="63E7BC5B" w14:textId="77777777" w:rsidR="007E7A6B" w:rsidRPr="008908FA" w:rsidRDefault="00DD114D" w:rsidP="008908FA">
            <w:pPr>
              <w:jc w:val="center"/>
            </w:pPr>
            <w:r w:rsidRPr="008908FA">
              <w:t>Segundo apellido:</w:t>
            </w:r>
          </w:p>
        </w:tc>
        <w:tc>
          <w:tcPr>
            <w:tcW w:w="4631" w:type="dxa"/>
            <w:vAlign w:val="center"/>
          </w:tcPr>
          <w:p w14:paraId="2F33EE5E" w14:textId="77777777" w:rsidR="007E7A6B" w:rsidRPr="008908FA" w:rsidRDefault="007E7A6B" w:rsidP="008908FA">
            <w:pPr>
              <w:jc w:val="center"/>
            </w:pPr>
          </w:p>
        </w:tc>
      </w:tr>
      <w:tr w:rsidR="007E7A6B" w:rsidRPr="008908FA" w14:paraId="20874BC5" w14:textId="77777777" w:rsidTr="008E1184">
        <w:trPr>
          <w:jc w:val="center"/>
        </w:trPr>
        <w:tc>
          <w:tcPr>
            <w:tcW w:w="3999" w:type="dxa"/>
            <w:vAlign w:val="center"/>
          </w:tcPr>
          <w:p w14:paraId="67BB7D14" w14:textId="77777777" w:rsidR="007E7A6B" w:rsidRPr="008908FA" w:rsidRDefault="00DD114D" w:rsidP="008908FA">
            <w:pPr>
              <w:jc w:val="center"/>
            </w:pPr>
            <w:r w:rsidRPr="008908FA">
              <w:t>Fecha de nacimiento (</w:t>
            </w:r>
            <w:proofErr w:type="spellStart"/>
            <w:r w:rsidRPr="008908FA">
              <w:t>dd</w:t>
            </w:r>
            <w:proofErr w:type="spellEnd"/>
            <w:r w:rsidRPr="008908FA">
              <w:t>/mm/</w:t>
            </w:r>
            <w:proofErr w:type="spellStart"/>
            <w:r w:rsidRPr="008908FA">
              <w:t>yyyy</w:t>
            </w:r>
            <w:proofErr w:type="spellEnd"/>
            <w:r w:rsidRPr="008908FA">
              <w:t>):</w:t>
            </w:r>
          </w:p>
        </w:tc>
        <w:tc>
          <w:tcPr>
            <w:tcW w:w="4631" w:type="dxa"/>
            <w:vAlign w:val="center"/>
          </w:tcPr>
          <w:p w14:paraId="6C19455F" w14:textId="77777777" w:rsidR="007E7A6B" w:rsidRPr="008908FA" w:rsidRDefault="007E7A6B" w:rsidP="008908FA">
            <w:pPr>
              <w:jc w:val="center"/>
            </w:pPr>
          </w:p>
        </w:tc>
      </w:tr>
    </w:tbl>
    <w:p w14:paraId="4F1388A3" w14:textId="77777777" w:rsidR="004742D1" w:rsidRPr="008908FA" w:rsidRDefault="004742D1"/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7"/>
        <w:gridCol w:w="4883"/>
      </w:tblGrid>
      <w:tr w:rsidR="007E7A6B" w:rsidRPr="008908FA" w14:paraId="67E3FCCB" w14:textId="77777777" w:rsidTr="00613898">
        <w:trPr>
          <w:jc w:val="center"/>
        </w:trPr>
        <w:tc>
          <w:tcPr>
            <w:tcW w:w="8640" w:type="dxa"/>
            <w:gridSpan w:val="2"/>
            <w:shd w:val="clear" w:color="auto" w:fill="D9E2F3"/>
          </w:tcPr>
          <w:p w14:paraId="1FD5CB46" w14:textId="77777777" w:rsidR="007E7A6B" w:rsidRPr="008908FA" w:rsidRDefault="00DD114D">
            <w:pPr>
              <w:jc w:val="left"/>
            </w:pPr>
            <w:r w:rsidRPr="008908FA">
              <w:rPr>
                <w:b/>
              </w:rPr>
              <w:t>1.1 Domicilio</w:t>
            </w:r>
          </w:p>
        </w:tc>
      </w:tr>
      <w:tr w:rsidR="007E7A6B" w:rsidRPr="008908FA" w14:paraId="4F2118C0" w14:textId="77777777" w:rsidTr="00613898">
        <w:trPr>
          <w:trHeight w:val="267"/>
          <w:jc w:val="center"/>
        </w:trPr>
        <w:tc>
          <w:tcPr>
            <w:tcW w:w="3757" w:type="dxa"/>
          </w:tcPr>
          <w:p w14:paraId="3065DE36" w14:textId="77777777" w:rsidR="007E7A6B" w:rsidRPr="008908FA" w:rsidRDefault="00DD114D">
            <w:r w:rsidRPr="008908FA">
              <w:t>País:</w:t>
            </w:r>
          </w:p>
        </w:tc>
        <w:tc>
          <w:tcPr>
            <w:tcW w:w="4883" w:type="dxa"/>
          </w:tcPr>
          <w:p w14:paraId="63C31C49" w14:textId="6C024DF8" w:rsidR="007E7A6B" w:rsidRPr="008908FA" w:rsidRDefault="007E7A6B" w:rsidP="008908FA">
            <w:pPr>
              <w:jc w:val="left"/>
            </w:pPr>
          </w:p>
        </w:tc>
      </w:tr>
      <w:tr w:rsidR="007E7A6B" w:rsidRPr="008908FA" w14:paraId="793E9A2C" w14:textId="77777777" w:rsidTr="00613898">
        <w:trPr>
          <w:trHeight w:val="20"/>
          <w:jc w:val="center"/>
        </w:trPr>
        <w:tc>
          <w:tcPr>
            <w:tcW w:w="3757" w:type="dxa"/>
          </w:tcPr>
          <w:p w14:paraId="43BF5DBC" w14:textId="77777777" w:rsidR="007E7A6B" w:rsidRPr="008908FA" w:rsidRDefault="00DD114D">
            <w:r w:rsidRPr="008908FA">
              <w:t>Provincia:</w:t>
            </w:r>
          </w:p>
        </w:tc>
        <w:tc>
          <w:tcPr>
            <w:tcW w:w="4883" w:type="dxa"/>
          </w:tcPr>
          <w:p w14:paraId="69F1B877" w14:textId="0B8B37AA" w:rsidR="007E7A6B" w:rsidRPr="008908FA" w:rsidRDefault="007E7A6B">
            <w:pPr>
              <w:jc w:val="left"/>
            </w:pPr>
          </w:p>
        </w:tc>
      </w:tr>
      <w:tr w:rsidR="007E7A6B" w:rsidRPr="008908FA" w14:paraId="6878A33F" w14:textId="77777777" w:rsidTr="00613898">
        <w:trPr>
          <w:trHeight w:val="20"/>
          <w:jc w:val="center"/>
        </w:trPr>
        <w:tc>
          <w:tcPr>
            <w:tcW w:w="3757" w:type="dxa"/>
          </w:tcPr>
          <w:p w14:paraId="71AD8E3B" w14:textId="77777777" w:rsidR="007E7A6B" w:rsidRPr="008908FA" w:rsidRDefault="00DD114D">
            <w:r w:rsidRPr="008908FA">
              <w:t>Cantón:</w:t>
            </w:r>
          </w:p>
        </w:tc>
        <w:tc>
          <w:tcPr>
            <w:tcW w:w="4883" w:type="dxa"/>
          </w:tcPr>
          <w:p w14:paraId="02C8B29B" w14:textId="09F9DDB0" w:rsidR="007E7A6B" w:rsidRPr="008908FA" w:rsidRDefault="007E7A6B">
            <w:pPr>
              <w:jc w:val="left"/>
            </w:pPr>
          </w:p>
        </w:tc>
      </w:tr>
      <w:tr w:rsidR="007E7A6B" w:rsidRPr="008908FA" w14:paraId="5A0EACA1" w14:textId="77777777" w:rsidTr="00613898">
        <w:trPr>
          <w:trHeight w:val="20"/>
          <w:jc w:val="center"/>
        </w:trPr>
        <w:tc>
          <w:tcPr>
            <w:tcW w:w="3757" w:type="dxa"/>
          </w:tcPr>
          <w:p w14:paraId="771B97E7" w14:textId="77777777" w:rsidR="007E7A6B" w:rsidRPr="008908FA" w:rsidRDefault="00DD114D">
            <w:r w:rsidRPr="008908FA">
              <w:t>Distrito:</w:t>
            </w:r>
          </w:p>
        </w:tc>
        <w:tc>
          <w:tcPr>
            <w:tcW w:w="4883" w:type="dxa"/>
          </w:tcPr>
          <w:p w14:paraId="19D6A1EC" w14:textId="54F5B545" w:rsidR="007E7A6B" w:rsidRPr="008908FA" w:rsidRDefault="007E7A6B">
            <w:pPr>
              <w:jc w:val="left"/>
            </w:pPr>
          </w:p>
        </w:tc>
      </w:tr>
      <w:tr w:rsidR="007E7A6B" w:rsidRPr="008908FA" w14:paraId="7643C074" w14:textId="77777777" w:rsidTr="00613898">
        <w:trPr>
          <w:jc w:val="center"/>
        </w:trPr>
        <w:tc>
          <w:tcPr>
            <w:tcW w:w="3757" w:type="dxa"/>
          </w:tcPr>
          <w:p w14:paraId="00018AC9" w14:textId="77777777" w:rsidR="007E7A6B" w:rsidRPr="008908FA" w:rsidRDefault="00DD114D">
            <w:r w:rsidRPr="008908FA">
              <w:t>Otras señas:</w:t>
            </w:r>
          </w:p>
        </w:tc>
        <w:tc>
          <w:tcPr>
            <w:tcW w:w="4883" w:type="dxa"/>
          </w:tcPr>
          <w:p w14:paraId="711964FA" w14:textId="77777777" w:rsidR="007E7A6B" w:rsidRPr="008908FA" w:rsidRDefault="007E7A6B">
            <w:pPr>
              <w:jc w:val="left"/>
            </w:pPr>
          </w:p>
        </w:tc>
      </w:tr>
      <w:tr w:rsidR="007E7A6B" w:rsidRPr="008908FA" w14:paraId="3664E3DD" w14:textId="77777777" w:rsidTr="00613898">
        <w:trPr>
          <w:jc w:val="center"/>
        </w:trPr>
        <w:tc>
          <w:tcPr>
            <w:tcW w:w="3757" w:type="dxa"/>
          </w:tcPr>
          <w:p w14:paraId="203B293D" w14:textId="4DD22B54" w:rsidR="007E7A6B" w:rsidRPr="008908FA" w:rsidRDefault="00DD114D">
            <w:r w:rsidRPr="008908FA">
              <w:t>Teléfono de contacto 1:</w:t>
            </w:r>
          </w:p>
        </w:tc>
        <w:tc>
          <w:tcPr>
            <w:tcW w:w="4883" w:type="dxa"/>
          </w:tcPr>
          <w:p w14:paraId="459669C7" w14:textId="77777777" w:rsidR="007E7A6B" w:rsidRPr="008908FA" w:rsidRDefault="007E7A6B">
            <w:pPr>
              <w:jc w:val="left"/>
            </w:pPr>
          </w:p>
        </w:tc>
      </w:tr>
      <w:tr w:rsidR="007E7A6B" w:rsidRPr="008908FA" w14:paraId="771A0BB4" w14:textId="77777777" w:rsidTr="00613898">
        <w:trPr>
          <w:jc w:val="center"/>
        </w:trPr>
        <w:tc>
          <w:tcPr>
            <w:tcW w:w="3757" w:type="dxa"/>
          </w:tcPr>
          <w:p w14:paraId="578676B1" w14:textId="6503B362" w:rsidR="007E7A6B" w:rsidRPr="008908FA" w:rsidRDefault="00DD114D">
            <w:r w:rsidRPr="008908FA">
              <w:t>Teléfono de contacto 2:</w:t>
            </w:r>
          </w:p>
        </w:tc>
        <w:tc>
          <w:tcPr>
            <w:tcW w:w="4883" w:type="dxa"/>
          </w:tcPr>
          <w:p w14:paraId="591433F4" w14:textId="77777777" w:rsidR="007E7A6B" w:rsidRPr="008908FA" w:rsidRDefault="007E7A6B">
            <w:pPr>
              <w:jc w:val="left"/>
            </w:pPr>
          </w:p>
        </w:tc>
      </w:tr>
      <w:tr w:rsidR="007E7A6B" w:rsidRPr="008908FA" w14:paraId="51716443" w14:textId="77777777" w:rsidTr="00613898">
        <w:trPr>
          <w:jc w:val="center"/>
        </w:trPr>
        <w:tc>
          <w:tcPr>
            <w:tcW w:w="3757" w:type="dxa"/>
          </w:tcPr>
          <w:p w14:paraId="3D3FE018" w14:textId="77777777" w:rsidR="007E7A6B" w:rsidRPr="008908FA" w:rsidRDefault="00DD114D">
            <w:r w:rsidRPr="008908FA">
              <w:t>Correo electrónico:</w:t>
            </w:r>
          </w:p>
        </w:tc>
        <w:tc>
          <w:tcPr>
            <w:tcW w:w="4883" w:type="dxa"/>
          </w:tcPr>
          <w:p w14:paraId="3D0DB1F9" w14:textId="77777777" w:rsidR="007E7A6B" w:rsidRPr="008908FA" w:rsidRDefault="007E7A6B">
            <w:pPr>
              <w:jc w:val="left"/>
            </w:pPr>
          </w:p>
        </w:tc>
      </w:tr>
      <w:tr w:rsidR="007E7A6B" w:rsidRPr="008908FA" w14:paraId="3CBAC770" w14:textId="77777777" w:rsidTr="00917C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8640" w:type="dxa"/>
            <w:gridSpan w:val="2"/>
          </w:tcPr>
          <w:p w14:paraId="35B1E517" w14:textId="77777777" w:rsidR="00FF5824" w:rsidRDefault="00FF5824"/>
          <w:tbl>
            <w:tblPr>
              <w:tblStyle w:val="Tablaconcuadrcu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409"/>
            </w:tblGrid>
            <w:tr w:rsidR="008908FA" w14:paraId="23E428E0" w14:textId="77777777" w:rsidTr="0031174A">
              <w:tc>
                <w:tcPr>
                  <w:tcW w:w="8409" w:type="dxa"/>
                  <w:shd w:val="clear" w:color="auto" w:fill="DBE5F1" w:themeFill="accent1" w:themeFillTint="33"/>
                </w:tcPr>
                <w:p w14:paraId="4B15F1A5" w14:textId="797B5733" w:rsidR="008908FA" w:rsidRDefault="0031174A">
                  <w:pPr>
                    <w:jc w:val="left"/>
                  </w:pPr>
                  <w:r>
                    <w:rPr>
                      <w:b/>
                    </w:rPr>
                    <w:t xml:space="preserve">2. </w:t>
                  </w:r>
                  <w:r w:rsidRPr="008908FA">
                    <w:rPr>
                      <w:b/>
                    </w:rPr>
                    <w:t>Detalle del origen de los fondos del cliente:</w:t>
                  </w:r>
                </w:p>
              </w:tc>
            </w:tr>
            <w:tr w:rsidR="008908FA" w14:paraId="53129E19" w14:textId="77777777" w:rsidTr="0031174A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8409" w:type="dxa"/>
                </w:tcPr>
                <w:p w14:paraId="5A359026" w14:textId="77777777" w:rsidR="0031174A" w:rsidRDefault="0031174A">
                  <w:pPr>
                    <w:jc w:val="left"/>
                  </w:pPr>
                </w:p>
                <w:p w14:paraId="6598BE06" w14:textId="77777777" w:rsidR="0031174A" w:rsidRDefault="0031174A">
                  <w:pPr>
                    <w:jc w:val="left"/>
                  </w:pPr>
                </w:p>
                <w:p w14:paraId="4999479F" w14:textId="77777777" w:rsidR="0031174A" w:rsidRDefault="0031174A">
                  <w:pPr>
                    <w:jc w:val="left"/>
                  </w:pPr>
                </w:p>
                <w:p w14:paraId="5281594B" w14:textId="77777777" w:rsidR="0031174A" w:rsidRDefault="0031174A">
                  <w:pPr>
                    <w:jc w:val="left"/>
                  </w:pPr>
                </w:p>
                <w:p w14:paraId="4651A394" w14:textId="77777777" w:rsidR="00785683" w:rsidRDefault="00785683">
                  <w:pPr>
                    <w:jc w:val="left"/>
                  </w:pPr>
                </w:p>
                <w:p w14:paraId="4542F05B" w14:textId="77777777" w:rsidR="00785683" w:rsidRDefault="00785683">
                  <w:pPr>
                    <w:jc w:val="left"/>
                  </w:pPr>
                </w:p>
                <w:p w14:paraId="0300DC5D" w14:textId="24322B35" w:rsidR="0031174A" w:rsidRDefault="0031174A">
                  <w:pPr>
                    <w:jc w:val="left"/>
                  </w:pPr>
                </w:p>
              </w:tc>
            </w:tr>
          </w:tbl>
          <w:p w14:paraId="2334D421" w14:textId="77777777" w:rsidR="007E7A6B" w:rsidRPr="008908FA" w:rsidRDefault="007E7A6B">
            <w:pPr>
              <w:jc w:val="left"/>
            </w:pPr>
          </w:p>
        </w:tc>
      </w:tr>
    </w:tbl>
    <w:p w14:paraId="6481D82C" w14:textId="77777777" w:rsidR="007E7A6B" w:rsidRDefault="007E7A6B"/>
    <w:p w14:paraId="5A1852F6" w14:textId="77777777" w:rsidR="00FF5824" w:rsidRDefault="00FF5824"/>
    <w:p w14:paraId="052FC418" w14:textId="77777777" w:rsidR="004F288E" w:rsidRDefault="004F288E"/>
    <w:p w14:paraId="3B304CB0" w14:textId="77777777" w:rsidR="004F288E" w:rsidRDefault="004F288E"/>
    <w:p w14:paraId="2F32324F" w14:textId="77777777" w:rsidR="004F288E" w:rsidRPr="008908FA" w:rsidRDefault="004F288E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640"/>
      </w:tblGrid>
      <w:tr w:rsidR="007E7A6B" w:rsidRPr="008908FA" w14:paraId="4289D408" w14:textId="77777777">
        <w:trPr>
          <w:jc w:val="center"/>
        </w:trPr>
        <w:tc>
          <w:tcPr>
            <w:tcW w:w="8640" w:type="dxa"/>
            <w:shd w:val="clear" w:color="auto" w:fill="D9E2F3"/>
          </w:tcPr>
          <w:p w14:paraId="644EEA92" w14:textId="72337CC8" w:rsidR="007E7A6B" w:rsidRPr="008908FA" w:rsidRDefault="008908FA">
            <w:pPr>
              <w:jc w:val="left"/>
            </w:pPr>
            <w:r>
              <w:rPr>
                <w:b/>
              </w:rPr>
              <w:t>3</w:t>
            </w:r>
            <w:r w:rsidR="00DD114D" w:rsidRPr="008908FA">
              <w:rPr>
                <w:b/>
              </w:rPr>
              <w:t>. Señales de alerta</w:t>
            </w:r>
          </w:p>
        </w:tc>
      </w:tr>
    </w:tbl>
    <w:p w14:paraId="3048C6C0" w14:textId="5333E940" w:rsidR="007E7A6B" w:rsidRPr="008908FA" w:rsidRDefault="008908FA">
      <w:pPr>
        <w:jc w:val="left"/>
      </w:pPr>
      <w:r>
        <w:rPr>
          <w:b/>
        </w:rPr>
        <w:t>3</w:t>
      </w:r>
      <w:r w:rsidR="00DD114D" w:rsidRPr="008908FA">
        <w:rPr>
          <w:b/>
        </w:rPr>
        <w:t>.1 Detalle brevemente las inusualidades o señales de alerta detectadas: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7E7A6B" w:rsidRPr="008908FA" w14:paraId="02F1CF66" w14:textId="77777777" w:rsidTr="0031174A">
        <w:trPr>
          <w:jc w:val="center"/>
        </w:trPr>
        <w:tc>
          <w:tcPr>
            <w:tcW w:w="8640" w:type="dxa"/>
          </w:tcPr>
          <w:p w14:paraId="0289FE6A" w14:textId="3F4B0159" w:rsidR="007E7A6B" w:rsidRPr="008908FA" w:rsidRDefault="0031174A">
            <w:pPr>
              <w:jc w:val="left"/>
            </w:pPr>
            <w:r>
              <w:br/>
            </w:r>
            <w:r>
              <w:br/>
            </w:r>
            <w:r>
              <w:br/>
            </w:r>
          </w:p>
        </w:tc>
      </w:tr>
    </w:tbl>
    <w:p w14:paraId="11AE39F3" w14:textId="77777777" w:rsidR="007E7A6B" w:rsidRPr="008908FA" w:rsidRDefault="007E7A6B"/>
    <w:p w14:paraId="63F1EB19" w14:textId="47CC5F1C" w:rsidR="007E7A6B" w:rsidRPr="008908FA" w:rsidRDefault="008908FA">
      <w:pPr>
        <w:jc w:val="left"/>
      </w:pPr>
      <w:r>
        <w:rPr>
          <w:b/>
        </w:rPr>
        <w:t>3</w:t>
      </w:r>
      <w:r w:rsidR="00DD114D" w:rsidRPr="008908FA">
        <w:rPr>
          <w:b/>
        </w:rPr>
        <w:t>.2 Detalle transacciones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29"/>
        <w:gridCol w:w="2401"/>
      </w:tblGrid>
      <w:tr w:rsidR="007E7A6B" w:rsidRPr="008908FA" w14:paraId="5B978D44" w14:textId="77777777" w:rsidTr="004F288E">
        <w:trPr>
          <w:jc w:val="center"/>
        </w:trPr>
        <w:tc>
          <w:tcPr>
            <w:tcW w:w="6229" w:type="dxa"/>
          </w:tcPr>
          <w:p w14:paraId="52D50FC4" w14:textId="77777777" w:rsidR="007E7A6B" w:rsidRPr="008908FA" w:rsidRDefault="00DD114D">
            <w:r w:rsidRPr="008908FA">
              <w:t>Mediaron transacciones de dinero en el negocio:</w:t>
            </w:r>
          </w:p>
        </w:tc>
        <w:tc>
          <w:tcPr>
            <w:tcW w:w="2401" w:type="dxa"/>
          </w:tcPr>
          <w:p w14:paraId="52CAB93B" w14:textId="7E07C9E9" w:rsidR="007E7A6B" w:rsidRPr="008908FA" w:rsidRDefault="00000000">
            <w:pPr>
              <w:jc w:val="left"/>
            </w:pPr>
            <w:sdt>
              <w:sdtPr>
                <w:alias w:val="Medio_Pago"/>
                <w:tag w:val="Medio_Pago"/>
                <w:id w:val="67886236"/>
                <w:dropDownList>
                  <w:listItem w:displayText="Efectivo" w:value="Efectivo"/>
                  <w:listItem w:displayText="Cheque" w:value="Cheque"/>
                  <w:listItem w:displayText="Transferencia" w:value="Transferencia"/>
                  <w:listItem w:displayText="Otros" w:value="Otros"/>
                </w:dropDownList>
              </w:sdtPr>
              <w:sdtContent>
                <w:r w:rsidR="00F30A56">
                  <w:t>Otros</w:t>
                </w:r>
              </w:sdtContent>
            </w:sdt>
          </w:p>
          <w:p w14:paraId="4630DCE8" w14:textId="77777777" w:rsidR="007E7A6B" w:rsidRPr="008908FA" w:rsidRDefault="007E7A6B">
            <w:pPr>
              <w:jc w:val="left"/>
            </w:pPr>
          </w:p>
        </w:tc>
      </w:tr>
      <w:tr w:rsidR="007E7A6B" w:rsidRPr="008908FA" w14:paraId="3161E081" w14:textId="77777777" w:rsidTr="004F288E">
        <w:trPr>
          <w:jc w:val="center"/>
        </w:trPr>
        <w:tc>
          <w:tcPr>
            <w:tcW w:w="6229" w:type="dxa"/>
          </w:tcPr>
          <w:p w14:paraId="60135380" w14:textId="77777777" w:rsidR="007E7A6B" w:rsidRPr="008908FA" w:rsidRDefault="00DD114D">
            <w:r w:rsidRPr="008908FA">
              <w:t>Moneda:</w:t>
            </w:r>
          </w:p>
        </w:tc>
        <w:tc>
          <w:tcPr>
            <w:tcW w:w="2401" w:type="dxa"/>
          </w:tcPr>
          <w:p w14:paraId="6077419F" w14:textId="77777777" w:rsidR="007E7A6B" w:rsidRPr="008908FA" w:rsidRDefault="00000000">
            <w:pPr>
              <w:jc w:val="left"/>
            </w:pPr>
            <w:sdt>
              <w:sdtPr>
                <w:alias w:val="Moneda"/>
                <w:tag w:val="Moneda"/>
                <w:id w:val="84207979"/>
                <w:dropDownList>
                  <w:listItem w:displayText="Colón costarricense" w:value="Colón costarricense"/>
                  <w:listItem w:displayText="Dólares estadounidenses" w:value="Dólares estadounidenses"/>
                  <w:listItem w:displayText="Euros" w:value="Euros"/>
                  <w:listItem w:displayText="Otros" w:value="Otros"/>
                </w:dropDownList>
              </w:sdtPr>
              <w:sdtContent>
                <w:r w:rsidR="00DD114D" w:rsidRPr="008908FA">
                  <w:t>Seleccione moneda</w:t>
                </w:r>
              </w:sdtContent>
            </w:sdt>
          </w:p>
          <w:p w14:paraId="5A1D4EB8" w14:textId="77777777" w:rsidR="007E7A6B" w:rsidRPr="008908FA" w:rsidRDefault="007E7A6B">
            <w:pPr>
              <w:jc w:val="left"/>
            </w:pPr>
          </w:p>
        </w:tc>
      </w:tr>
      <w:tr w:rsidR="007E7A6B" w:rsidRPr="008908FA" w14:paraId="29E77D6E" w14:textId="77777777" w:rsidTr="004F288E">
        <w:trPr>
          <w:jc w:val="center"/>
        </w:trPr>
        <w:tc>
          <w:tcPr>
            <w:tcW w:w="6229" w:type="dxa"/>
          </w:tcPr>
          <w:p w14:paraId="12EE91C7" w14:textId="07F0268A" w:rsidR="007E7A6B" w:rsidRPr="008908FA" w:rsidRDefault="00DD114D">
            <w:r w:rsidRPr="008908FA">
              <w:t>Monto global de las transacciones inusuales que se reportan:</w:t>
            </w:r>
          </w:p>
        </w:tc>
        <w:tc>
          <w:tcPr>
            <w:tcW w:w="2401" w:type="dxa"/>
          </w:tcPr>
          <w:p w14:paraId="655B3BC2" w14:textId="0BD9E19D" w:rsidR="007E7A6B" w:rsidRPr="008908FA" w:rsidRDefault="00000000">
            <w:pPr>
              <w:jc w:val="left"/>
            </w:pPr>
            <w:sdt>
              <w:sdtPr>
                <w:alias w:val="Monto_Global"/>
                <w:tag w:val="Monto_Global"/>
                <w:id w:val="77068266"/>
                <w:showingPlcHdr/>
                <w:text/>
              </w:sdtPr>
              <w:sdtContent>
                <w:r w:rsidR="00F30A56">
                  <w:t xml:space="preserve">     </w:t>
                </w:r>
              </w:sdtContent>
            </w:sdt>
          </w:p>
          <w:p w14:paraId="781071B7" w14:textId="77777777" w:rsidR="007E7A6B" w:rsidRPr="008908FA" w:rsidRDefault="007E7A6B">
            <w:pPr>
              <w:jc w:val="left"/>
            </w:pPr>
          </w:p>
        </w:tc>
      </w:tr>
      <w:tr w:rsidR="004F288E" w:rsidRPr="008908FA" w14:paraId="2E5D1351" w14:textId="77777777" w:rsidTr="00632F0F">
        <w:trPr>
          <w:jc w:val="center"/>
        </w:trPr>
        <w:tc>
          <w:tcPr>
            <w:tcW w:w="8630" w:type="dxa"/>
            <w:gridSpan w:val="2"/>
          </w:tcPr>
          <w:p w14:paraId="627FD508" w14:textId="77777777" w:rsidR="004F288E" w:rsidRDefault="004F288E">
            <w:pPr>
              <w:jc w:val="left"/>
            </w:pPr>
            <w:r>
              <w:t>Observaciones adicionales:</w:t>
            </w:r>
          </w:p>
          <w:p w14:paraId="2751C28F" w14:textId="77777777" w:rsidR="004F288E" w:rsidRDefault="004F288E">
            <w:pPr>
              <w:jc w:val="left"/>
            </w:pPr>
          </w:p>
          <w:p w14:paraId="336B16F9" w14:textId="61E22725" w:rsidR="004F288E" w:rsidRDefault="004F288E">
            <w:pPr>
              <w:jc w:val="left"/>
            </w:pPr>
          </w:p>
        </w:tc>
      </w:tr>
    </w:tbl>
    <w:p w14:paraId="453BFB70" w14:textId="77777777" w:rsidR="0031174A" w:rsidRDefault="0031174A"/>
    <w:p w14:paraId="22747CB2" w14:textId="77777777" w:rsidR="007E7A6B" w:rsidRPr="008908FA" w:rsidRDefault="00DD114D">
      <w:pPr>
        <w:jc w:val="left"/>
      </w:pPr>
      <w:r w:rsidRPr="008908FA">
        <w:rPr>
          <w:b/>
        </w:rPr>
        <w:t>3.1 Descripción pormenorizada de hechos que fundamentan el reporte: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7E7A6B" w:rsidRPr="008908FA" w14:paraId="3E6C570A" w14:textId="77777777" w:rsidTr="003B0571">
        <w:trPr>
          <w:jc w:val="center"/>
        </w:trPr>
        <w:tc>
          <w:tcPr>
            <w:tcW w:w="8630" w:type="dxa"/>
          </w:tcPr>
          <w:p w14:paraId="63F37CC6" w14:textId="77777777" w:rsidR="007E7A6B" w:rsidRDefault="007E7A6B">
            <w:pPr>
              <w:jc w:val="left"/>
            </w:pPr>
          </w:p>
          <w:p w14:paraId="3F27E452" w14:textId="77777777" w:rsidR="003B0571" w:rsidRDefault="003B0571">
            <w:pPr>
              <w:jc w:val="left"/>
            </w:pPr>
          </w:p>
          <w:p w14:paraId="64843183" w14:textId="77777777" w:rsidR="003B0571" w:rsidRPr="008908FA" w:rsidRDefault="003B0571">
            <w:pPr>
              <w:jc w:val="left"/>
            </w:pPr>
          </w:p>
        </w:tc>
      </w:tr>
    </w:tbl>
    <w:p w14:paraId="31F76FA0" w14:textId="7A5901E3" w:rsidR="003B0571" w:rsidRDefault="003B0571" w:rsidP="003B0571">
      <w:pPr>
        <w:jc w:val="left"/>
        <w:rPr>
          <w:b/>
        </w:rPr>
      </w:pPr>
      <w:r w:rsidRPr="008908FA">
        <w:rPr>
          <w:b/>
        </w:rPr>
        <w:t>3.</w:t>
      </w:r>
      <w:r>
        <w:rPr>
          <w:b/>
        </w:rPr>
        <w:t>2</w:t>
      </w:r>
      <w:r w:rsidRPr="008908FA">
        <w:rPr>
          <w:b/>
        </w:rPr>
        <w:t xml:space="preserve"> </w:t>
      </w:r>
      <w:r>
        <w:rPr>
          <w:b/>
        </w:rPr>
        <w:t xml:space="preserve">Documentos adjuntos (formato </w:t>
      </w:r>
      <w:proofErr w:type="spellStart"/>
      <w:r>
        <w:rPr>
          <w:b/>
        </w:rPr>
        <w:t>pdf</w:t>
      </w:r>
      <w:proofErr w:type="spellEnd"/>
      <w:r>
        <w:rPr>
          <w:b/>
        </w:rPr>
        <w:t xml:space="preserve">): </w:t>
      </w:r>
    </w:p>
    <w:p w14:paraId="3FA898A4" w14:textId="5F0DE77A" w:rsidR="003B0571" w:rsidRDefault="003B0571" w:rsidP="003B0571">
      <w:pPr>
        <w:jc w:val="left"/>
        <w:rPr>
          <w:b/>
        </w:rPr>
      </w:pPr>
      <w:r>
        <w:rPr>
          <w:b/>
        </w:rPr>
        <w:t>1.</w:t>
      </w:r>
    </w:p>
    <w:p w14:paraId="53FD62E4" w14:textId="19C53946" w:rsidR="003B0571" w:rsidRDefault="003B0571" w:rsidP="003B0571">
      <w:pPr>
        <w:jc w:val="left"/>
        <w:rPr>
          <w:b/>
        </w:rPr>
      </w:pPr>
      <w:r>
        <w:rPr>
          <w:b/>
        </w:rPr>
        <w:t>2.</w:t>
      </w:r>
    </w:p>
    <w:p w14:paraId="4553DCCB" w14:textId="622F1B3B" w:rsidR="003B0571" w:rsidRPr="008908FA" w:rsidRDefault="003B0571" w:rsidP="003B0571">
      <w:pPr>
        <w:jc w:val="left"/>
      </w:pPr>
      <w:r>
        <w:rPr>
          <w:b/>
        </w:rPr>
        <w:t>3.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3957"/>
      </w:tblGrid>
      <w:tr w:rsidR="007E7A6B" w:rsidRPr="008908FA" w14:paraId="7B77A177" w14:textId="77777777" w:rsidTr="009561ED">
        <w:trPr>
          <w:jc w:val="center"/>
        </w:trPr>
        <w:tc>
          <w:tcPr>
            <w:tcW w:w="4673" w:type="dxa"/>
            <w:vAlign w:val="center"/>
          </w:tcPr>
          <w:p w14:paraId="7A0749EB" w14:textId="12DFE920" w:rsidR="007E7A6B" w:rsidRPr="008908FA" w:rsidRDefault="00BC33D5" w:rsidP="00BC33D5">
            <w:pPr>
              <w:jc w:val="center"/>
            </w:pPr>
            <w:r w:rsidRPr="00BC33D5">
              <w:t>Nombre de la persona que realiza el reporte:</w:t>
            </w:r>
          </w:p>
        </w:tc>
        <w:tc>
          <w:tcPr>
            <w:tcW w:w="3957" w:type="dxa"/>
            <w:vAlign w:val="center"/>
          </w:tcPr>
          <w:p w14:paraId="4923BF88" w14:textId="77777777" w:rsidR="007E7A6B" w:rsidRPr="008908FA" w:rsidRDefault="007E7A6B" w:rsidP="0031174A">
            <w:pPr>
              <w:jc w:val="center"/>
            </w:pPr>
          </w:p>
        </w:tc>
      </w:tr>
      <w:tr w:rsidR="007E7A6B" w:rsidRPr="008908FA" w14:paraId="68526FE3" w14:textId="77777777" w:rsidTr="009561ED">
        <w:trPr>
          <w:jc w:val="center"/>
        </w:trPr>
        <w:tc>
          <w:tcPr>
            <w:tcW w:w="4673" w:type="dxa"/>
            <w:vAlign w:val="center"/>
          </w:tcPr>
          <w:p w14:paraId="377A4300" w14:textId="77777777" w:rsidR="007E7A6B" w:rsidRPr="008908FA" w:rsidRDefault="00DD114D" w:rsidP="0031174A">
            <w:pPr>
              <w:jc w:val="center"/>
            </w:pPr>
            <w:r w:rsidRPr="008908FA">
              <w:t>Fecha de elaboración (</w:t>
            </w:r>
            <w:proofErr w:type="spellStart"/>
            <w:r w:rsidRPr="008908FA">
              <w:t>dd</w:t>
            </w:r>
            <w:proofErr w:type="spellEnd"/>
            <w:r w:rsidRPr="008908FA">
              <w:t>/mm/</w:t>
            </w:r>
            <w:proofErr w:type="spellStart"/>
            <w:r w:rsidRPr="008908FA">
              <w:t>yyyy</w:t>
            </w:r>
            <w:proofErr w:type="spellEnd"/>
            <w:r w:rsidRPr="008908FA">
              <w:t>):</w:t>
            </w:r>
          </w:p>
        </w:tc>
        <w:tc>
          <w:tcPr>
            <w:tcW w:w="3957" w:type="dxa"/>
            <w:vAlign w:val="center"/>
          </w:tcPr>
          <w:p w14:paraId="22E5E36C" w14:textId="77777777" w:rsidR="007E7A6B" w:rsidRPr="008908FA" w:rsidRDefault="007E7A6B" w:rsidP="0031174A">
            <w:pPr>
              <w:jc w:val="center"/>
            </w:pPr>
          </w:p>
        </w:tc>
      </w:tr>
      <w:tr w:rsidR="007E7A6B" w:rsidRPr="008908FA" w14:paraId="3960CB82" w14:textId="77777777" w:rsidTr="009561ED">
        <w:trPr>
          <w:jc w:val="center"/>
        </w:trPr>
        <w:tc>
          <w:tcPr>
            <w:tcW w:w="4673" w:type="dxa"/>
            <w:vAlign w:val="center"/>
          </w:tcPr>
          <w:p w14:paraId="582E527B" w14:textId="77777777" w:rsidR="007E7A6B" w:rsidRDefault="00DD114D" w:rsidP="0031174A">
            <w:pPr>
              <w:jc w:val="center"/>
            </w:pPr>
            <w:r w:rsidRPr="008908FA">
              <w:t>Firma digital / sello:</w:t>
            </w:r>
          </w:p>
          <w:p w14:paraId="3D9B4682" w14:textId="77777777" w:rsidR="0031174A" w:rsidRPr="008908FA" w:rsidRDefault="0031174A" w:rsidP="0031174A">
            <w:pPr>
              <w:jc w:val="center"/>
            </w:pPr>
          </w:p>
        </w:tc>
        <w:tc>
          <w:tcPr>
            <w:tcW w:w="3957" w:type="dxa"/>
            <w:vAlign w:val="center"/>
          </w:tcPr>
          <w:p w14:paraId="5609F0E8" w14:textId="77777777" w:rsidR="0031174A" w:rsidRDefault="0031174A" w:rsidP="0031174A">
            <w:pPr>
              <w:jc w:val="center"/>
            </w:pPr>
          </w:p>
          <w:p w14:paraId="00D7EC8D" w14:textId="77777777" w:rsidR="0031174A" w:rsidRDefault="0031174A" w:rsidP="0031174A">
            <w:pPr>
              <w:jc w:val="center"/>
            </w:pPr>
          </w:p>
          <w:p w14:paraId="7F1DE82C" w14:textId="77777777" w:rsidR="0031174A" w:rsidRPr="008908FA" w:rsidRDefault="0031174A" w:rsidP="0031174A">
            <w:pPr>
              <w:jc w:val="center"/>
            </w:pPr>
          </w:p>
        </w:tc>
      </w:tr>
    </w:tbl>
    <w:p w14:paraId="516C06E1" w14:textId="77777777" w:rsidR="00DD114D" w:rsidRDefault="00DD114D" w:rsidP="003B0571"/>
    <w:p w14:paraId="68565480" w14:textId="42429092" w:rsidR="0097099D" w:rsidRPr="0097099D" w:rsidRDefault="0097099D" w:rsidP="0097099D">
      <w:r w:rsidRPr="0097099D">
        <w:rPr>
          <w:b/>
          <w:bCs/>
        </w:rPr>
        <w:t>Nota logística:</w:t>
      </w:r>
      <w:r w:rsidRPr="0097099D">
        <w:t xml:space="preserve"> Remita este formulario </w:t>
      </w:r>
      <w:r w:rsidRPr="00C959B2">
        <w:rPr>
          <w:u w:val="single"/>
        </w:rPr>
        <w:t>en formato PDF</w:t>
      </w:r>
      <w:r w:rsidRPr="0097099D">
        <w:t xml:space="preserve">, debidamente firmado mediante firma digital, junto con la documentación de respaldo correspondiente, al correo electrónico </w:t>
      </w:r>
      <w:r w:rsidRPr="00C007DE">
        <w:rPr>
          <w:b/>
          <w:bCs/>
        </w:rPr>
        <w:t>reporte_lcft@dnn.go.cr</w:t>
      </w:r>
    </w:p>
    <w:p w14:paraId="40838C26" w14:textId="1882ADE8" w:rsidR="008E48C2" w:rsidRPr="008908FA" w:rsidRDefault="008E48C2" w:rsidP="0097099D"/>
    <w:sectPr w:rsidR="008E48C2" w:rsidRPr="008908FA" w:rsidSect="00785683">
      <w:headerReference w:type="default" r:id="rId8"/>
      <w:footerReference w:type="default" r:id="rId9"/>
      <w:pgSz w:w="12240" w:h="20160" w:code="5"/>
      <w:pgMar w:top="1440" w:right="1800" w:bottom="1440" w:left="180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11D3C" w14:textId="77777777" w:rsidR="005A6FCE" w:rsidRDefault="005A6FCE" w:rsidP="0031174A">
      <w:pPr>
        <w:spacing w:line="240" w:lineRule="auto"/>
      </w:pPr>
      <w:r>
        <w:separator/>
      </w:r>
    </w:p>
  </w:endnote>
  <w:endnote w:type="continuationSeparator" w:id="0">
    <w:p w14:paraId="46FFDF9B" w14:textId="77777777" w:rsidR="005A6FCE" w:rsidRDefault="005A6FCE" w:rsidP="003117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91014462"/>
      <w:docPartObj>
        <w:docPartGallery w:val="Page Numbers (Bottom of Page)"/>
        <w:docPartUnique/>
      </w:docPartObj>
    </w:sdtPr>
    <w:sdtContent>
      <w:p w14:paraId="43AA44B9" w14:textId="1F8D52A0" w:rsidR="00F30A56" w:rsidRDefault="00F30A56" w:rsidP="00F30A56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1EB74C06" w14:textId="77777777" w:rsidR="00F30A56" w:rsidRDefault="00F30A5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B7F81" w14:textId="77777777" w:rsidR="005A6FCE" w:rsidRDefault="005A6FCE" w:rsidP="0031174A">
      <w:pPr>
        <w:spacing w:line="240" w:lineRule="auto"/>
      </w:pPr>
      <w:r>
        <w:separator/>
      </w:r>
    </w:p>
  </w:footnote>
  <w:footnote w:type="continuationSeparator" w:id="0">
    <w:p w14:paraId="39F0E439" w14:textId="77777777" w:rsidR="005A6FCE" w:rsidRDefault="005A6FCE" w:rsidP="0031174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E8FF3" w14:textId="72C01D5D" w:rsidR="0031174A" w:rsidRDefault="00D22608" w:rsidP="00F30A56">
    <w:pPr>
      <w:pStyle w:val="Encabezado"/>
      <w:tabs>
        <w:tab w:val="clear" w:pos="4680"/>
        <w:tab w:val="clear" w:pos="9360"/>
        <w:tab w:val="center" w:pos="4320"/>
        <w:tab w:val="left" w:pos="4700"/>
        <w:tab w:val="left" w:pos="618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F335D30" wp14:editId="37F3D215">
          <wp:simplePos x="0" y="0"/>
          <wp:positionH relativeFrom="margin">
            <wp:posOffset>1781175</wp:posOffset>
          </wp:positionH>
          <wp:positionV relativeFrom="paragraph">
            <wp:posOffset>152400</wp:posOffset>
          </wp:positionV>
          <wp:extent cx="1895475" cy="640715"/>
          <wp:effectExtent l="0" t="0" r="9525" b="6985"/>
          <wp:wrapTight wrapText="bothSides">
            <wp:wrapPolygon edited="0">
              <wp:start x="17584" y="0"/>
              <wp:lineTo x="0" y="1284"/>
              <wp:lineTo x="0" y="21193"/>
              <wp:lineTo x="20623" y="21193"/>
              <wp:lineTo x="21491" y="20551"/>
              <wp:lineTo x="21491" y="16056"/>
              <wp:lineTo x="21057" y="4496"/>
              <wp:lineTo x="20406" y="1284"/>
              <wp:lineTo x="18452" y="0"/>
              <wp:lineTo x="17584" y="0"/>
            </wp:wrapPolygon>
          </wp:wrapTight>
          <wp:docPr id="139305737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3057372" name="Imagen 1393057372"/>
                  <pic:cNvPicPr/>
                </pic:nvPicPr>
                <pic:blipFill rotWithShape="1">
                  <a:blip r:embed="rId1"/>
                  <a:srcRect l="14063" t="14062" r="14063" b="13021"/>
                  <a:stretch>
                    <a:fillRect/>
                  </a:stretch>
                </pic:blipFill>
                <pic:spPr bwMode="auto">
                  <a:xfrm>
                    <a:off x="0" y="0"/>
                    <a:ext cx="1895475" cy="6407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29614129"/>
        <w:docPartObj>
          <w:docPartGallery w:val="Watermarks"/>
          <w:docPartUnique/>
        </w:docPartObj>
      </w:sdtPr>
      <w:sdtContent>
        <w:r w:rsidR="00000000">
          <w:pict w14:anchorId="14BE465B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1025" type="#_x0000_t136" style="position:absolute;left:0;text-align:left;margin-left:0;margin-top:0;width:527.85pt;height:131.95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FIDENCIAL"/>
              <w10:wrap anchorx="margin" anchory="margin"/>
            </v:shape>
          </w:pict>
        </w:r>
      </w:sdtContent>
    </w:sdt>
    <w:r w:rsidR="00F30A56">
      <w:tab/>
    </w:r>
    <w:r w:rsidR="00F30A56">
      <w:tab/>
    </w:r>
    <w:r w:rsidR="00F30A56">
      <w:tab/>
    </w:r>
  </w:p>
  <w:p w14:paraId="769D032A" w14:textId="1FD5F6BD" w:rsidR="00F30A56" w:rsidRDefault="00F30A56" w:rsidP="00F30A56">
    <w:pPr>
      <w:pStyle w:val="Encabezado"/>
      <w:jc w:val="center"/>
    </w:pPr>
  </w:p>
  <w:p w14:paraId="4D3BE0F6" w14:textId="256CF44B" w:rsidR="00F30A56" w:rsidRDefault="00F30A56" w:rsidP="00F30A56">
    <w:pPr>
      <w:pStyle w:val="Encabezado"/>
      <w:tabs>
        <w:tab w:val="clear" w:pos="4680"/>
        <w:tab w:val="clear" w:pos="9360"/>
        <w:tab w:val="left" w:pos="2373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52770517">
    <w:abstractNumId w:val="8"/>
  </w:num>
  <w:num w:numId="2" w16cid:durableId="1684548682">
    <w:abstractNumId w:val="6"/>
  </w:num>
  <w:num w:numId="3" w16cid:durableId="661931568">
    <w:abstractNumId w:val="5"/>
  </w:num>
  <w:num w:numId="4" w16cid:durableId="1558860288">
    <w:abstractNumId w:val="4"/>
  </w:num>
  <w:num w:numId="5" w16cid:durableId="324667413">
    <w:abstractNumId w:val="7"/>
  </w:num>
  <w:num w:numId="6" w16cid:durableId="271326291">
    <w:abstractNumId w:val="3"/>
  </w:num>
  <w:num w:numId="7" w16cid:durableId="1298799231">
    <w:abstractNumId w:val="2"/>
  </w:num>
  <w:num w:numId="8" w16cid:durableId="1148086040">
    <w:abstractNumId w:val="1"/>
  </w:num>
  <w:num w:numId="9" w16cid:durableId="2084060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81343"/>
    <w:rsid w:val="001874F0"/>
    <w:rsid w:val="001A063B"/>
    <w:rsid w:val="00205BC4"/>
    <w:rsid w:val="0029639D"/>
    <w:rsid w:val="002A76EB"/>
    <w:rsid w:val="0031174A"/>
    <w:rsid w:val="00326F90"/>
    <w:rsid w:val="003B0571"/>
    <w:rsid w:val="004742D1"/>
    <w:rsid w:val="004F288E"/>
    <w:rsid w:val="005113C3"/>
    <w:rsid w:val="00520773"/>
    <w:rsid w:val="005A6FCE"/>
    <w:rsid w:val="005D4533"/>
    <w:rsid w:val="00613898"/>
    <w:rsid w:val="00644C50"/>
    <w:rsid w:val="00654133"/>
    <w:rsid w:val="00712298"/>
    <w:rsid w:val="00757F5A"/>
    <w:rsid w:val="00785683"/>
    <w:rsid w:val="007C7603"/>
    <w:rsid w:val="007D55A6"/>
    <w:rsid w:val="007E7A6B"/>
    <w:rsid w:val="00830EF5"/>
    <w:rsid w:val="008839D1"/>
    <w:rsid w:val="008908FA"/>
    <w:rsid w:val="00894DCC"/>
    <w:rsid w:val="008E1184"/>
    <w:rsid w:val="008E48C2"/>
    <w:rsid w:val="00917C10"/>
    <w:rsid w:val="009561ED"/>
    <w:rsid w:val="00964227"/>
    <w:rsid w:val="0097099D"/>
    <w:rsid w:val="009E1403"/>
    <w:rsid w:val="00A12193"/>
    <w:rsid w:val="00A44942"/>
    <w:rsid w:val="00A93B2C"/>
    <w:rsid w:val="00AA1D8D"/>
    <w:rsid w:val="00B47730"/>
    <w:rsid w:val="00BC33D5"/>
    <w:rsid w:val="00BD30CF"/>
    <w:rsid w:val="00BF593D"/>
    <w:rsid w:val="00C007DE"/>
    <w:rsid w:val="00C959B2"/>
    <w:rsid w:val="00CB0664"/>
    <w:rsid w:val="00CD4DCC"/>
    <w:rsid w:val="00CF221E"/>
    <w:rsid w:val="00D02374"/>
    <w:rsid w:val="00D22608"/>
    <w:rsid w:val="00D6105F"/>
    <w:rsid w:val="00DD114D"/>
    <w:rsid w:val="00E405FC"/>
    <w:rsid w:val="00E82293"/>
    <w:rsid w:val="00F30A56"/>
    <w:rsid w:val="00F51606"/>
    <w:rsid w:val="00F8657F"/>
    <w:rsid w:val="00FA5D88"/>
    <w:rsid w:val="00FC693F"/>
    <w:rsid w:val="00FF5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9AF76A3"/>
  <w14:defaultImageDpi w14:val="300"/>
  <w15:docId w15:val="{294AE206-CC63-4A45-A5E2-BCF854118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360" w:lineRule="auto"/>
      <w:jc w:val="both"/>
    </w:pPr>
    <w:rPr>
      <w:rFonts w:ascii="Times New Roman" w:eastAsia="Times New Roman" w:hAnsi="Times New Roman"/>
      <w:sz w:val="24"/>
      <w:lang w:val="es-CR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xtonotapie">
    <w:name w:val="footnote text"/>
    <w:basedOn w:val="Normal"/>
    <w:link w:val="TextonotapieCar"/>
    <w:uiPriority w:val="99"/>
    <w:semiHidden/>
    <w:unhideWhenUsed/>
    <w:rsid w:val="00F8657F"/>
    <w:pPr>
      <w:spacing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8657F"/>
    <w:rPr>
      <w:rFonts w:ascii="Times New Roman" w:eastAsia="Times New Roman" w:hAnsi="Times New Roman"/>
      <w:sz w:val="20"/>
      <w:szCs w:val="20"/>
      <w:lang w:val="es-CR"/>
    </w:rPr>
  </w:style>
  <w:style w:type="character" w:styleId="Refdenotaalpie">
    <w:name w:val="footnote reference"/>
    <w:basedOn w:val="Fuentedeprrafopredeter"/>
    <w:uiPriority w:val="99"/>
    <w:semiHidden/>
    <w:unhideWhenUsed/>
    <w:rsid w:val="00F8657F"/>
    <w:rPr>
      <w:vertAlign w:val="superscript"/>
    </w:rPr>
  </w:style>
  <w:style w:type="paragraph" w:styleId="Revisin">
    <w:name w:val="Revision"/>
    <w:hidden/>
    <w:uiPriority w:val="99"/>
    <w:semiHidden/>
    <w:rsid w:val="00F51606"/>
    <w:pPr>
      <w:spacing w:after="0" w:line="240" w:lineRule="auto"/>
    </w:pPr>
    <w:rPr>
      <w:rFonts w:ascii="Times New Roman" w:eastAsia="Times New Roman" w:hAnsi="Times New Roman"/>
      <w:sz w:val="24"/>
      <w:lang w:val="es-C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237</Words>
  <Characters>1305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lcalderon@dnn.go.cr</dc:creator>
  <cp:keywords/>
  <dc:description>generated by python-docx</dc:description>
  <cp:lastModifiedBy>Samantha Coto Arias</cp:lastModifiedBy>
  <cp:revision>3</cp:revision>
  <dcterms:created xsi:type="dcterms:W3CDTF">2026-08-21T17:28:00Z</dcterms:created>
  <dcterms:modified xsi:type="dcterms:W3CDTF">2026-08-31T14:06:00Z</dcterms:modified>
  <cp:category/>
</cp:coreProperties>
</file>